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7A4" w:rsidRPr="009517D8" w:rsidRDefault="009517D8">
      <w:pPr>
        <w:widowControl w:val="0"/>
        <w:spacing w:line="240" w:lineRule="exact"/>
        <w:rPr>
          <w:rFonts w:eastAsiaTheme="minorEastAsia"/>
          <w:sz w:val="24"/>
          <w:lang w:eastAsia="ja-JP"/>
        </w:rPr>
      </w:pPr>
      <w:r w:rsidRPr="009517D8">
        <w:rPr>
          <w:rFonts w:eastAsiaTheme="minorEastAsia" w:hint="eastAsia"/>
          <w:sz w:val="24"/>
          <w:lang w:eastAsia="ja-JP"/>
        </w:rPr>
        <w:t>診療情報提供書（クリニック受診時）</w:t>
      </w:r>
    </w:p>
    <w:p w:rsidR="009517D8" w:rsidRDefault="009517D8">
      <w:pPr>
        <w:widowControl w:val="0"/>
        <w:spacing w:line="240" w:lineRule="exact"/>
        <w:rPr>
          <w:rFonts w:eastAsiaTheme="minorEastAsia" w:hint="eastAsia"/>
          <w:lang w:eastAsia="ja-JP"/>
        </w:rPr>
      </w:pPr>
      <w:bookmarkStart w:id="0" w:name="_GoBack"/>
      <w:bookmarkEnd w:id="0"/>
    </w:p>
    <w:p w:rsidR="009517D8" w:rsidRPr="009517D8" w:rsidRDefault="009517D8">
      <w:pPr>
        <w:widowControl w:val="0"/>
        <w:spacing w:line="240" w:lineRule="exact"/>
        <w:rPr>
          <w:rFonts w:eastAsiaTheme="minorEastAsia" w:hint="eastAsia"/>
          <w:lang w:eastAsia="ja-JP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195"/>
        <w:gridCol w:w="1644"/>
        <w:gridCol w:w="907"/>
        <w:gridCol w:w="3344"/>
      </w:tblGrid>
      <w:tr w:rsidR="002F47A4">
        <w:trPr>
          <w:cantSplit/>
          <w:trHeight w:hRule="exact" w:val="261"/>
          <w:jc w:val="center"/>
        </w:trPr>
        <w:tc>
          <w:tcPr>
            <w:tcW w:w="419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47A4" w:rsidRDefault="002F47A4">
            <w:pPr>
              <w:spacing w:line="240" w:lineRule="auto"/>
              <w:jc w:val="center"/>
              <w:rPr>
                <w:lang w:eastAsia="ja-JP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47A4" w:rsidRDefault="002F47A4">
            <w:pPr>
              <w:spacing w:line="240" w:lineRule="auto"/>
              <w:jc w:val="center"/>
              <w:rPr>
                <w:lang w:eastAsia="ja-JP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47A4" w:rsidRDefault="00D836DC">
            <w:pPr>
              <w:spacing w:line="240" w:lineRule="auto"/>
            </w:pPr>
            <w:proofErr w:type="spellStart"/>
            <w:r>
              <w:rPr>
                <w:sz w:val="19"/>
              </w:rPr>
              <w:t>施設名</w:t>
            </w:r>
            <w:proofErr w:type="spellEnd"/>
          </w:p>
        </w:tc>
        <w:tc>
          <w:tcPr>
            <w:tcW w:w="334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47A4" w:rsidRDefault="002F47A4" w:rsidP="00FF5E4C">
            <w:pPr>
              <w:spacing w:line="240" w:lineRule="auto"/>
            </w:pPr>
          </w:p>
        </w:tc>
      </w:tr>
      <w:tr w:rsidR="002F47A4">
        <w:trPr>
          <w:cantSplit/>
          <w:trHeight w:hRule="exact" w:val="261"/>
          <w:jc w:val="center"/>
        </w:trPr>
        <w:tc>
          <w:tcPr>
            <w:tcW w:w="419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47A4" w:rsidRDefault="002F47A4">
            <w:pPr>
              <w:spacing w:line="240" w:lineRule="auto"/>
              <w:jc w:val="center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47A4" w:rsidRDefault="002F47A4">
            <w:pPr>
              <w:spacing w:line="240" w:lineRule="auto"/>
              <w:jc w:val="center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47A4" w:rsidRDefault="00D836DC">
            <w:pPr>
              <w:spacing w:line="240" w:lineRule="auto"/>
            </w:pPr>
            <w:r>
              <w:rPr>
                <w:sz w:val="19"/>
              </w:rPr>
              <w:t>診療科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47A4" w:rsidRDefault="002F47A4" w:rsidP="00FF5E4C">
            <w:pPr>
              <w:spacing w:line="240" w:lineRule="auto"/>
            </w:pPr>
          </w:p>
        </w:tc>
      </w:tr>
      <w:tr w:rsidR="002F47A4">
        <w:trPr>
          <w:cantSplit/>
          <w:trHeight w:hRule="exact" w:val="261"/>
          <w:jc w:val="center"/>
        </w:trPr>
        <w:tc>
          <w:tcPr>
            <w:tcW w:w="419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47A4" w:rsidRDefault="00D836DC">
            <w:pPr>
              <w:spacing w:line="240" w:lineRule="auto"/>
              <w:jc w:val="right"/>
            </w:pPr>
            <w:r>
              <w:rPr>
                <w:sz w:val="19"/>
              </w:rPr>
              <w:t>先生　御侍史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47A4" w:rsidRDefault="002F47A4">
            <w:pPr>
              <w:spacing w:line="240" w:lineRule="auto"/>
              <w:jc w:val="center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47A4" w:rsidRDefault="00D836DC">
            <w:pPr>
              <w:spacing w:line="240" w:lineRule="auto"/>
            </w:pPr>
            <w:r>
              <w:rPr>
                <w:sz w:val="19"/>
              </w:rPr>
              <w:t>医師名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47A4" w:rsidRDefault="002F47A4" w:rsidP="00FF5E4C">
            <w:pPr>
              <w:spacing w:line="240" w:lineRule="auto"/>
            </w:pPr>
          </w:p>
        </w:tc>
      </w:tr>
      <w:tr w:rsidR="002F47A4">
        <w:trPr>
          <w:cantSplit/>
          <w:trHeight w:hRule="exact" w:val="261"/>
          <w:jc w:val="center"/>
        </w:trPr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47A4" w:rsidRDefault="002F47A4">
            <w:pPr>
              <w:spacing w:line="240" w:lineRule="auto"/>
              <w:jc w:val="center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47A4" w:rsidRDefault="002F47A4">
            <w:pPr>
              <w:spacing w:line="240" w:lineRule="auto"/>
              <w:jc w:val="center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47A4" w:rsidRDefault="00D836DC">
            <w:pPr>
              <w:spacing w:line="240" w:lineRule="auto"/>
            </w:pPr>
            <w:r>
              <w:rPr>
                <w:sz w:val="19"/>
              </w:rPr>
              <w:t>電話番号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47A4" w:rsidRDefault="002F47A4" w:rsidP="00FF5E4C">
            <w:pPr>
              <w:spacing w:line="240" w:lineRule="auto"/>
            </w:pPr>
          </w:p>
        </w:tc>
      </w:tr>
    </w:tbl>
    <w:p w:rsidR="002F47A4" w:rsidRDefault="00D836DC">
      <w:pPr>
        <w:widowControl w:val="0"/>
        <w:spacing w:line="40" w:lineRule="exact"/>
      </w:pPr>
      <w:r>
        <w:rPr>
          <w:sz w:val="4"/>
        </w:rPr>
        <w:t xml:space="preserve">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87"/>
        <w:gridCol w:w="793"/>
        <w:gridCol w:w="850"/>
        <w:gridCol w:w="1644"/>
        <w:gridCol w:w="1644"/>
        <w:gridCol w:w="793"/>
        <w:gridCol w:w="1360"/>
        <w:gridCol w:w="1417"/>
      </w:tblGrid>
      <w:tr w:rsidR="002F47A4" w:rsidTr="00FF5E4C">
        <w:trPr>
          <w:cantSplit/>
          <w:trHeight w:hRule="exact" w:val="306"/>
        </w:trPr>
        <w:tc>
          <w:tcPr>
            <w:tcW w:w="15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:rsidR="002F47A4" w:rsidRDefault="00D836DC">
            <w:pPr>
              <w:spacing w:line="240" w:lineRule="auto"/>
              <w:jc w:val="center"/>
            </w:pPr>
            <w:r>
              <w:rPr>
                <w:sz w:val="19"/>
              </w:rPr>
              <w:t>フリガナ</w:t>
            </w:r>
          </w:p>
        </w:tc>
        <w:tc>
          <w:tcPr>
            <w:tcW w:w="4931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:rsidR="002F47A4" w:rsidRDefault="002F47A4" w:rsidP="00FF5E4C">
            <w:pPr>
              <w:spacing w:line="240" w:lineRule="auto"/>
            </w:pPr>
          </w:p>
        </w:tc>
        <w:tc>
          <w:tcPr>
            <w:tcW w:w="7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:rsidR="002F47A4" w:rsidRDefault="00D836DC">
            <w:pPr>
              <w:spacing w:line="240" w:lineRule="auto"/>
              <w:jc w:val="center"/>
            </w:pPr>
            <w:r>
              <w:rPr>
                <w:sz w:val="19"/>
              </w:rPr>
              <w:t>性別</w:t>
            </w:r>
          </w:p>
        </w:tc>
        <w:tc>
          <w:tcPr>
            <w:tcW w:w="277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:rsidR="002F47A4" w:rsidRDefault="002F47A4" w:rsidP="00FF5E4C">
            <w:pPr>
              <w:spacing w:line="240" w:lineRule="auto"/>
            </w:pPr>
          </w:p>
        </w:tc>
      </w:tr>
      <w:tr w:rsidR="002F47A4" w:rsidTr="00FF5E4C">
        <w:trPr>
          <w:cantSplit/>
          <w:trHeight w:hRule="exact" w:val="306"/>
        </w:trPr>
        <w:tc>
          <w:tcPr>
            <w:tcW w:w="15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:rsidR="002F47A4" w:rsidRDefault="00D836DC">
            <w:pPr>
              <w:spacing w:line="240" w:lineRule="auto"/>
              <w:jc w:val="center"/>
            </w:pPr>
            <w:r>
              <w:rPr>
                <w:sz w:val="19"/>
              </w:rPr>
              <w:t>患者氏名</w:t>
            </w:r>
          </w:p>
        </w:tc>
        <w:tc>
          <w:tcPr>
            <w:tcW w:w="4931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:rsidR="002F47A4" w:rsidRDefault="002F47A4" w:rsidP="00FF5E4C">
            <w:pPr>
              <w:spacing w:line="240" w:lineRule="auto"/>
            </w:pPr>
          </w:p>
        </w:tc>
        <w:tc>
          <w:tcPr>
            <w:tcW w:w="2153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:rsidR="002F47A4" w:rsidRDefault="00D836DC">
            <w:pPr>
              <w:spacing w:line="240" w:lineRule="auto"/>
              <w:jc w:val="center"/>
            </w:pPr>
            <w:r>
              <w:rPr>
                <w:sz w:val="19"/>
              </w:rPr>
              <w:t>生年月日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:rsidR="002F47A4" w:rsidRDefault="002F47A4" w:rsidP="00FF5E4C">
            <w:pPr>
              <w:spacing w:line="240" w:lineRule="auto"/>
            </w:pPr>
          </w:p>
        </w:tc>
      </w:tr>
      <w:tr w:rsidR="002F47A4" w:rsidTr="00FF5E4C">
        <w:trPr>
          <w:cantSplit/>
          <w:trHeight w:hRule="exact" w:val="306"/>
        </w:trPr>
        <w:tc>
          <w:tcPr>
            <w:tcW w:w="15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:rsidR="002F47A4" w:rsidRDefault="00D836DC">
            <w:pPr>
              <w:spacing w:line="240" w:lineRule="auto"/>
              <w:jc w:val="center"/>
            </w:pPr>
            <w:r>
              <w:rPr>
                <w:sz w:val="19"/>
              </w:rPr>
              <w:t>住所</w:t>
            </w:r>
          </w:p>
        </w:tc>
        <w:tc>
          <w:tcPr>
            <w:tcW w:w="1643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:rsidR="002F47A4" w:rsidRDefault="00FF5E4C" w:rsidP="00FF5E4C">
            <w:pPr>
              <w:spacing w:line="240" w:lineRule="auto"/>
            </w:pPr>
            <w:r>
              <w:rPr>
                <w:rFonts w:asciiTheme="minorEastAsia" w:eastAsiaTheme="minorEastAsia" w:hAnsiTheme="minorEastAsia" w:hint="eastAsia"/>
                <w:lang w:eastAsia="ja-JP"/>
              </w:rPr>
              <w:t>〒</w:t>
            </w:r>
          </w:p>
        </w:tc>
        <w:tc>
          <w:tcPr>
            <w:tcW w:w="6858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:rsidR="002F47A4" w:rsidRDefault="002F47A4">
            <w:pPr>
              <w:spacing w:line="240" w:lineRule="auto"/>
              <w:jc w:val="center"/>
            </w:pPr>
          </w:p>
        </w:tc>
      </w:tr>
      <w:tr w:rsidR="002F47A4" w:rsidTr="00FF5E4C">
        <w:trPr>
          <w:cantSplit/>
          <w:trHeight w:hRule="exact" w:val="5726"/>
        </w:trPr>
        <w:tc>
          <w:tcPr>
            <w:tcW w:w="1587" w:type="dxa"/>
            <w:tcBorders>
              <w:top w:val="doub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:rsidR="002F47A4" w:rsidRDefault="00D836DC">
            <w:pPr>
              <w:spacing w:line="240" w:lineRule="auto"/>
              <w:jc w:val="center"/>
            </w:pPr>
            <w:r>
              <w:rPr>
                <w:sz w:val="18"/>
              </w:rPr>
              <w:t>今後の見通し</w:t>
            </w:r>
          </w:p>
        </w:tc>
        <w:tc>
          <w:tcPr>
            <w:tcW w:w="8501" w:type="dxa"/>
            <w:gridSpan w:val="7"/>
            <w:tcBorders>
              <w:top w:val="doub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5" w:type="dxa"/>
              <w:left w:w="40" w:type="dxa"/>
              <w:bottom w:w="25" w:type="dxa"/>
              <w:right w:w="40" w:type="dxa"/>
            </w:tcMar>
          </w:tcPr>
          <w:p w:rsidR="002164E6" w:rsidRDefault="002164E6" w:rsidP="00FF5E4C">
            <w:pPr>
              <w:spacing w:line="240" w:lineRule="auto"/>
            </w:pPr>
          </w:p>
        </w:tc>
      </w:tr>
      <w:tr w:rsidR="002F47A4" w:rsidTr="00DD69EC">
        <w:trPr>
          <w:cantSplit/>
          <w:trHeight w:hRule="exact" w:val="907"/>
        </w:trPr>
        <w:tc>
          <w:tcPr>
            <w:tcW w:w="1587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:rsidR="002F47A4" w:rsidRDefault="00D836DC">
            <w:pPr>
              <w:spacing w:line="240" w:lineRule="auto"/>
              <w:jc w:val="center"/>
            </w:pPr>
            <w:r>
              <w:t>医師からの</w:t>
            </w:r>
            <w:r>
              <w:br/>
            </w:r>
            <w:r>
              <w:t>説明</w:t>
            </w:r>
          </w:p>
        </w:tc>
        <w:tc>
          <w:tcPr>
            <w:tcW w:w="7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:rsidR="002F47A4" w:rsidRDefault="00D836DC">
            <w:pPr>
              <w:spacing w:line="240" w:lineRule="auto"/>
              <w:jc w:val="center"/>
            </w:pPr>
            <w:r>
              <w:t>患者</w:t>
            </w:r>
          </w:p>
        </w:tc>
        <w:tc>
          <w:tcPr>
            <w:tcW w:w="7708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5" w:type="dxa"/>
              <w:left w:w="40" w:type="dxa"/>
              <w:bottom w:w="25" w:type="dxa"/>
              <w:right w:w="40" w:type="dxa"/>
            </w:tcMar>
          </w:tcPr>
          <w:p w:rsidR="002F47A4" w:rsidRDefault="002F47A4" w:rsidP="002164E6">
            <w:pPr>
              <w:spacing w:line="240" w:lineRule="auto"/>
            </w:pPr>
          </w:p>
        </w:tc>
      </w:tr>
      <w:tr w:rsidR="002F47A4" w:rsidTr="00DD69EC">
        <w:trPr>
          <w:cantSplit/>
          <w:trHeight w:hRule="exact" w:val="907"/>
        </w:trPr>
        <w:tc>
          <w:tcPr>
            <w:tcW w:w="1587" w:type="dxa"/>
            <w:vMerge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5" w:type="dxa"/>
              <w:left w:w="40" w:type="dxa"/>
              <w:bottom w:w="25" w:type="dxa"/>
              <w:right w:w="40" w:type="dxa"/>
            </w:tcMar>
          </w:tcPr>
          <w:p w:rsidR="002F47A4" w:rsidRDefault="002F47A4"/>
        </w:tc>
        <w:tc>
          <w:tcPr>
            <w:tcW w:w="7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:rsidR="002F47A4" w:rsidRDefault="00D836DC">
            <w:pPr>
              <w:spacing w:line="240" w:lineRule="auto"/>
              <w:jc w:val="center"/>
            </w:pPr>
            <w:r>
              <w:t>家族</w:t>
            </w:r>
          </w:p>
        </w:tc>
        <w:tc>
          <w:tcPr>
            <w:tcW w:w="7708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5" w:type="dxa"/>
              <w:left w:w="40" w:type="dxa"/>
              <w:bottom w:w="25" w:type="dxa"/>
              <w:right w:w="40" w:type="dxa"/>
            </w:tcMar>
          </w:tcPr>
          <w:p w:rsidR="002F47A4" w:rsidRDefault="002F47A4" w:rsidP="002164E6">
            <w:pPr>
              <w:spacing w:line="240" w:lineRule="auto"/>
            </w:pPr>
          </w:p>
        </w:tc>
      </w:tr>
      <w:tr w:rsidR="002F47A4" w:rsidTr="00DD69EC">
        <w:trPr>
          <w:cantSplit/>
          <w:trHeight w:hRule="exact" w:val="1514"/>
        </w:trPr>
        <w:tc>
          <w:tcPr>
            <w:tcW w:w="15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:rsidR="002F47A4" w:rsidRDefault="00D836DC">
            <w:pPr>
              <w:spacing w:line="240" w:lineRule="auto"/>
              <w:jc w:val="center"/>
            </w:pPr>
            <w:r>
              <w:t>持参薬</w:t>
            </w:r>
          </w:p>
        </w:tc>
        <w:tc>
          <w:tcPr>
            <w:tcW w:w="8501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5" w:type="dxa"/>
              <w:left w:w="40" w:type="dxa"/>
              <w:bottom w:w="25" w:type="dxa"/>
              <w:right w:w="40" w:type="dxa"/>
            </w:tcMar>
          </w:tcPr>
          <w:p w:rsidR="002F47A4" w:rsidRDefault="002F47A4" w:rsidP="002164E6">
            <w:pPr>
              <w:spacing w:line="240" w:lineRule="auto"/>
            </w:pPr>
          </w:p>
        </w:tc>
      </w:tr>
      <w:tr w:rsidR="002F47A4" w:rsidTr="003C251C">
        <w:trPr>
          <w:cantSplit/>
          <w:trHeight w:hRule="exact" w:val="3022"/>
        </w:trPr>
        <w:tc>
          <w:tcPr>
            <w:tcW w:w="15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:rsidR="002F47A4" w:rsidRDefault="00D836DC">
            <w:pPr>
              <w:spacing w:line="240" w:lineRule="auto"/>
              <w:jc w:val="center"/>
            </w:pPr>
            <w:r>
              <w:t>処方内容</w:t>
            </w:r>
          </w:p>
        </w:tc>
        <w:tc>
          <w:tcPr>
            <w:tcW w:w="8501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5" w:type="dxa"/>
              <w:left w:w="40" w:type="dxa"/>
              <w:bottom w:w="25" w:type="dxa"/>
              <w:right w:w="40" w:type="dxa"/>
            </w:tcMar>
          </w:tcPr>
          <w:p w:rsidR="002F47A4" w:rsidRDefault="002F47A4" w:rsidP="002164E6">
            <w:pPr>
              <w:spacing w:line="240" w:lineRule="auto"/>
            </w:pPr>
          </w:p>
        </w:tc>
      </w:tr>
      <w:tr w:rsidR="002F47A4" w:rsidTr="00FF5E4C">
        <w:trPr>
          <w:cantSplit/>
          <w:trHeight w:hRule="exact" w:val="317"/>
        </w:trPr>
        <w:tc>
          <w:tcPr>
            <w:tcW w:w="3230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:rsidR="002F47A4" w:rsidRDefault="00D836DC">
            <w:pPr>
              <w:spacing w:line="240" w:lineRule="auto"/>
              <w:jc w:val="center"/>
            </w:pPr>
            <w:r>
              <w:rPr>
                <w:sz w:val="18"/>
              </w:rPr>
              <w:t>日常生活機能評価</w:t>
            </w:r>
          </w:p>
        </w:tc>
        <w:tc>
          <w:tcPr>
            <w:tcW w:w="16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:rsidR="002F47A4" w:rsidRDefault="002F47A4" w:rsidP="002164E6">
            <w:pPr>
              <w:spacing w:line="240" w:lineRule="auto"/>
            </w:pPr>
          </w:p>
        </w:tc>
        <w:tc>
          <w:tcPr>
            <w:tcW w:w="16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:rsidR="002F47A4" w:rsidRDefault="00D836DC">
            <w:pPr>
              <w:spacing w:line="240" w:lineRule="auto"/>
              <w:jc w:val="center"/>
            </w:pPr>
            <w:r>
              <w:rPr>
                <w:sz w:val="18"/>
              </w:rPr>
              <w:t>受診日</w:t>
            </w:r>
          </w:p>
        </w:tc>
        <w:tc>
          <w:tcPr>
            <w:tcW w:w="3570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:rsidR="002F47A4" w:rsidRDefault="002F47A4" w:rsidP="002164E6">
            <w:pPr>
              <w:spacing w:line="240" w:lineRule="auto"/>
            </w:pPr>
          </w:p>
        </w:tc>
      </w:tr>
    </w:tbl>
    <w:p w:rsidR="00D836DC" w:rsidRDefault="00D836DC"/>
    <w:sectPr w:rsidR="00D836DC" w:rsidSect="00034616">
      <w:pgSz w:w="11906" w:h="16838"/>
      <w:pgMar w:top="425" w:right="850" w:bottom="369" w:left="85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Noto Sans CJK JP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164E6"/>
    <w:rsid w:val="0029639D"/>
    <w:rsid w:val="002F47A4"/>
    <w:rsid w:val="00326F90"/>
    <w:rsid w:val="003C251C"/>
    <w:rsid w:val="005A39D9"/>
    <w:rsid w:val="009517D8"/>
    <w:rsid w:val="00A1168B"/>
    <w:rsid w:val="00AA1D8D"/>
    <w:rsid w:val="00B47730"/>
    <w:rsid w:val="00CB0664"/>
    <w:rsid w:val="00D42966"/>
    <w:rsid w:val="00D836DC"/>
    <w:rsid w:val="00DD69EC"/>
    <w:rsid w:val="00DF14A4"/>
    <w:rsid w:val="00F11F8F"/>
    <w:rsid w:val="00F34CF0"/>
    <w:rsid w:val="00FC693F"/>
    <w:rsid w:val="00FF5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B7B6F28"/>
  <w14:defaultImageDpi w14:val="300"/>
  <w15:docId w15:val="{813637F1-4D8A-4A02-B6CD-165848495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pPr>
      <w:spacing w:after="0"/>
    </w:pPr>
    <w:rPr>
      <w:rFonts w:ascii="Noto Sans CJK JP" w:eastAsia="Noto Sans CJK JP" w:hAnsi="Noto Sans CJK JP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4F8262A-5F86-427D-8AB9-F92B9DC1F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診療情報提供書（クリニック受診時）</dc:title>
  <dc:subject>医師シート Word版</dc:subject>
  <dc:creator/>
  <cp:keywords/>
  <dc:description>generated by python-docx</dc:description>
  <cp:lastModifiedBy>miyotada0907@yahoo.co.jp</cp:lastModifiedBy>
  <cp:revision>16</cp:revision>
  <dcterms:created xsi:type="dcterms:W3CDTF">2013-12-23T23:15:00Z</dcterms:created>
  <dcterms:modified xsi:type="dcterms:W3CDTF">2026-08-21T05:07:00Z</dcterms:modified>
  <cp:category/>
</cp:coreProperties>
</file>